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5FFC" w14:textId="77777777" w:rsidR="00767438" w:rsidRPr="009A7ED5" w:rsidRDefault="00000000">
      <w:pPr>
        <w:pStyle w:val="Title"/>
        <w:rPr>
          <w:rFonts w:ascii="Arial" w:hAnsi="Arial" w:cs="Arial"/>
        </w:rPr>
      </w:pPr>
      <w:r w:rsidRPr="009A7ED5">
        <w:rPr>
          <w:rFonts w:ascii="Arial" w:hAnsi="Arial" w:cs="Arial"/>
        </w:rPr>
        <w:t>Privacy Policy</w:t>
      </w:r>
    </w:p>
    <w:p w14:paraId="594E3451" w14:textId="77777777" w:rsidR="00767438" w:rsidRPr="009A7ED5" w:rsidRDefault="00000000">
      <w:pPr>
        <w:pStyle w:val="Heading1"/>
        <w:rPr>
          <w:rFonts w:ascii="Arial" w:hAnsi="Arial" w:cs="Arial"/>
        </w:rPr>
      </w:pPr>
      <w:r w:rsidRPr="009A7ED5">
        <w:rPr>
          <w:rFonts w:ascii="Arial" w:hAnsi="Arial" w:cs="Arial"/>
        </w:rPr>
        <w:t>Introduction</w:t>
      </w:r>
    </w:p>
    <w:p w14:paraId="2839E53D" w14:textId="77777777" w:rsidR="00767438" w:rsidRPr="009A7ED5" w:rsidRDefault="00000000">
      <w:pPr>
        <w:rPr>
          <w:rFonts w:ascii="Arial" w:hAnsi="Arial" w:cs="Arial"/>
        </w:rPr>
      </w:pPr>
      <w:r w:rsidRPr="009A7ED5">
        <w:rPr>
          <w:rFonts w:ascii="Arial" w:hAnsi="Arial" w:cs="Arial"/>
        </w:rPr>
        <w:t>At Bots For That, we are committed to protecting your privacy. This policy explains how we collect, use, and protect your personal data in accordance with applicable data protection laws including the UK GDPR and Data Protection Act 2018.</w:t>
      </w:r>
    </w:p>
    <w:p w14:paraId="501C1885" w14:textId="77777777" w:rsidR="00767438" w:rsidRPr="009A7ED5" w:rsidRDefault="00000000">
      <w:pPr>
        <w:pStyle w:val="Heading1"/>
        <w:rPr>
          <w:rFonts w:ascii="Arial" w:hAnsi="Arial" w:cs="Arial"/>
        </w:rPr>
      </w:pPr>
      <w:r w:rsidRPr="009A7ED5">
        <w:rPr>
          <w:rFonts w:ascii="Arial" w:hAnsi="Arial" w:cs="Arial"/>
        </w:rPr>
        <w:t>Data We Collect</w:t>
      </w:r>
    </w:p>
    <w:p w14:paraId="60E58B78" w14:textId="77777777" w:rsidR="00767438" w:rsidRPr="009A7ED5" w:rsidRDefault="00000000">
      <w:pPr>
        <w:rPr>
          <w:rFonts w:ascii="Arial" w:hAnsi="Arial" w:cs="Arial"/>
        </w:rPr>
      </w:pPr>
      <w:r w:rsidRPr="009A7ED5">
        <w:rPr>
          <w:rFonts w:ascii="Arial" w:hAnsi="Arial" w:cs="Arial"/>
        </w:rPr>
        <w:t>We collect personal data you provide when using our services, such as names, contact details, usage data, and billing information. We may also collect technical data through cookies and analytics tools.</w:t>
      </w:r>
    </w:p>
    <w:p w14:paraId="61245CAC" w14:textId="77777777" w:rsidR="00767438" w:rsidRPr="009A7ED5" w:rsidRDefault="00000000">
      <w:pPr>
        <w:pStyle w:val="Heading1"/>
        <w:rPr>
          <w:rFonts w:ascii="Arial" w:hAnsi="Arial" w:cs="Arial"/>
        </w:rPr>
      </w:pPr>
      <w:r w:rsidRPr="009A7ED5">
        <w:rPr>
          <w:rFonts w:ascii="Arial" w:hAnsi="Arial" w:cs="Arial"/>
        </w:rPr>
        <w:t>How We Use Your Data</w:t>
      </w:r>
    </w:p>
    <w:p w14:paraId="4B0429C5" w14:textId="77777777" w:rsidR="00767438" w:rsidRPr="009A7ED5" w:rsidRDefault="00000000">
      <w:pPr>
        <w:rPr>
          <w:rFonts w:ascii="Arial" w:hAnsi="Arial" w:cs="Arial"/>
        </w:rPr>
      </w:pPr>
      <w:r w:rsidRPr="009A7ED5">
        <w:rPr>
          <w:rFonts w:ascii="Arial" w:hAnsi="Arial" w:cs="Arial"/>
        </w:rPr>
        <w:t>We use your data to provide and improve our services, manage our relationship with you, comply with legal obligations, and market our services (where you’ve opted in).</w:t>
      </w:r>
    </w:p>
    <w:p w14:paraId="79C34AFF" w14:textId="77777777" w:rsidR="00767438" w:rsidRPr="009A7ED5" w:rsidRDefault="00000000">
      <w:pPr>
        <w:pStyle w:val="Heading1"/>
        <w:rPr>
          <w:rFonts w:ascii="Arial" w:hAnsi="Arial" w:cs="Arial"/>
        </w:rPr>
      </w:pPr>
      <w:r w:rsidRPr="009A7ED5">
        <w:rPr>
          <w:rFonts w:ascii="Arial" w:hAnsi="Arial" w:cs="Arial"/>
        </w:rPr>
        <w:t>Data Sharing &amp; Transfers</w:t>
      </w:r>
    </w:p>
    <w:p w14:paraId="54211012" w14:textId="77777777" w:rsidR="00767438" w:rsidRPr="009A7ED5" w:rsidRDefault="00000000">
      <w:pPr>
        <w:rPr>
          <w:rFonts w:ascii="Arial" w:hAnsi="Arial" w:cs="Arial"/>
        </w:rPr>
      </w:pPr>
      <w:r w:rsidRPr="009A7ED5">
        <w:rPr>
          <w:rFonts w:ascii="Arial" w:hAnsi="Arial" w:cs="Arial"/>
        </w:rPr>
        <w:t>We may share your data with trusted third-party service providers (see our Sub-Processor List). Data is only transferred outside the UK/EU with appropriate safeguards.</w:t>
      </w:r>
    </w:p>
    <w:p w14:paraId="137270E9" w14:textId="77777777" w:rsidR="00767438" w:rsidRPr="009A7ED5" w:rsidRDefault="00000000">
      <w:pPr>
        <w:pStyle w:val="Heading1"/>
        <w:rPr>
          <w:rFonts w:ascii="Arial" w:hAnsi="Arial" w:cs="Arial"/>
        </w:rPr>
      </w:pPr>
      <w:r w:rsidRPr="009A7ED5">
        <w:rPr>
          <w:rFonts w:ascii="Arial" w:hAnsi="Arial" w:cs="Arial"/>
        </w:rPr>
        <w:t>Your Rights</w:t>
      </w:r>
    </w:p>
    <w:p w14:paraId="2862637A" w14:textId="77777777" w:rsidR="00767438" w:rsidRPr="009A7ED5" w:rsidRDefault="00000000">
      <w:pPr>
        <w:rPr>
          <w:rFonts w:ascii="Arial" w:hAnsi="Arial" w:cs="Arial"/>
        </w:rPr>
      </w:pPr>
      <w:r w:rsidRPr="009A7ED5">
        <w:rPr>
          <w:rFonts w:ascii="Arial" w:hAnsi="Arial" w:cs="Arial"/>
        </w:rPr>
        <w:t>You have rights including access, correction, deletion, objection, and data portability. To exercise any of these rights, contact privacy@botsforthat.com.</w:t>
      </w:r>
    </w:p>
    <w:p w14:paraId="618F0813" w14:textId="77777777" w:rsidR="00767438" w:rsidRPr="009A7ED5" w:rsidRDefault="00000000">
      <w:pPr>
        <w:pStyle w:val="Heading1"/>
        <w:rPr>
          <w:rFonts w:ascii="Arial" w:hAnsi="Arial" w:cs="Arial"/>
        </w:rPr>
      </w:pPr>
      <w:r w:rsidRPr="009A7ED5">
        <w:rPr>
          <w:rFonts w:ascii="Arial" w:hAnsi="Arial" w:cs="Arial"/>
        </w:rPr>
        <w:t>Data Retention</w:t>
      </w:r>
    </w:p>
    <w:p w14:paraId="4735A90D" w14:textId="77777777" w:rsidR="00767438" w:rsidRPr="009A7ED5" w:rsidRDefault="00000000">
      <w:pPr>
        <w:rPr>
          <w:rFonts w:ascii="Arial" w:hAnsi="Arial" w:cs="Arial"/>
        </w:rPr>
      </w:pPr>
      <w:r w:rsidRPr="009A7ED5">
        <w:rPr>
          <w:rFonts w:ascii="Arial" w:hAnsi="Arial" w:cs="Arial"/>
        </w:rPr>
        <w:t>We retain personal data only as long as necessary for the purposes for which it was collected, or as required by law.</w:t>
      </w:r>
    </w:p>
    <w:p w14:paraId="70A343FE" w14:textId="77777777" w:rsidR="00767438" w:rsidRPr="009A7ED5" w:rsidRDefault="00000000">
      <w:pPr>
        <w:pStyle w:val="Heading1"/>
        <w:rPr>
          <w:rFonts w:ascii="Arial" w:hAnsi="Arial" w:cs="Arial"/>
        </w:rPr>
      </w:pPr>
      <w:r w:rsidRPr="009A7ED5">
        <w:rPr>
          <w:rFonts w:ascii="Arial" w:hAnsi="Arial" w:cs="Arial"/>
        </w:rPr>
        <w:t>Contact Us</w:t>
      </w:r>
    </w:p>
    <w:p w14:paraId="4274532C" w14:textId="77777777" w:rsidR="00767438" w:rsidRPr="009A7ED5" w:rsidRDefault="00000000">
      <w:pPr>
        <w:rPr>
          <w:rFonts w:ascii="Arial" w:hAnsi="Arial" w:cs="Arial"/>
        </w:rPr>
      </w:pPr>
      <w:r w:rsidRPr="009A7ED5">
        <w:rPr>
          <w:rFonts w:ascii="Arial" w:hAnsi="Arial" w:cs="Arial"/>
        </w:rPr>
        <w:t>If you have questions about this policy or how we handle your data, please contact us at privacy@botsforthat.com.</w:t>
      </w:r>
    </w:p>
    <w:sectPr w:rsidR="00767438" w:rsidRPr="009A7ED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5264260">
    <w:abstractNumId w:val="8"/>
  </w:num>
  <w:num w:numId="2" w16cid:durableId="1654337676">
    <w:abstractNumId w:val="6"/>
  </w:num>
  <w:num w:numId="3" w16cid:durableId="909851184">
    <w:abstractNumId w:val="5"/>
  </w:num>
  <w:num w:numId="4" w16cid:durableId="725907752">
    <w:abstractNumId w:val="4"/>
  </w:num>
  <w:num w:numId="5" w16cid:durableId="1468663951">
    <w:abstractNumId w:val="7"/>
  </w:num>
  <w:num w:numId="6" w16cid:durableId="1861965678">
    <w:abstractNumId w:val="3"/>
  </w:num>
  <w:num w:numId="7" w16cid:durableId="960067174">
    <w:abstractNumId w:val="2"/>
  </w:num>
  <w:num w:numId="8" w16cid:durableId="980694335">
    <w:abstractNumId w:val="1"/>
  </w:num>
  <w:num w:numId="9" w16cid:durableId="113109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7438"/>
    <w:rsid w:val="009A7ED5"/>
    <w:rsid w:val="009C61B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F33BEDD-991B-5142-AA76-40B5DC83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4DF2624ECB094F81FA321D287F7ACC" ma:contentTypeVersion="17" ma:contentTypeDescription="Create a new document." ma:contentTypeScope="" ma:versionID="ca93472f93e71077a3fcd9120bac5f79">
  <xsd:schema xmlns:xsd="http://www.w3.org/2001/XMLSchema" xmlns:xs="http://www.w3.org/2001/XMLSchema" xmlns:p="http://schemas.microsoft.com/office/2006/metadata/properties" xmlns:ns2="23e9e31d-f3a9-443b-9a6e-0d4b03530321" xmlns:ns3="eab42cac-4837-415a-9e1f-4f2d3c55ad8b" targetNamespace="http://schemas.microsoft.com/office/2006/metadata/properties" ma:root="true" ma:fieldsID="cd766d903bd55644399afa9268b9d157" ns2:_="" ns3:_="">
    <xsd:import namespace="23e9e31d-f3a9-443b-9a6e-0d4b03530321"/>
    <xsd:import namespace="eab42cac-4837-415a-9e1f-4f2d3c55ad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e31d-f3a9-443b-9a6e-0d4b03530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73b0e6-af8f-45f7-9a3a-71187f9a21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42cac-4837-415a-9e1f-4f2d3c55ad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8c62cd7-6ff3-41d5-b76b-2fcc5abd722d}" ma:internalName="TaxCatchAll" ma:showField="CatchAllData" ma:web="eab42cac-4837-415a-9e1f-4f2d3c55a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b42cac-4837-415a-9e1f-4f2d3c55ad8b" xsi:nil="true"/>
    <lcf76f155ced4ddcb4097134ff3c332f xmlns="23e9e31d-f3a9-443b-9a6e-0d4b035303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13112-BF2A-43B9-AB0A-C717769FA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e31d-f3a9-443b-9a6e-0d4b03530321"/>
    <ds:schemaRef ds:uri="eab42cac-4837-415a-9e1f-4f2d3c55a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C3B8E36D-D632-4155-8D6F-93928BC27AE0}">
  <ds:schemaRefs>
    <ds:schemaRef ds:uri="http://schemas.microsoft.com/office/2006/metadata/properties"/>
    <ds:schemaRef ds:uri="http://schemas.microsoft.com/office/infopath/2007/PartnerControls"/>
    <ds:schemaRef ds:uri="eab42cac-4837-415a-9e1f-4f2d3c55ad8b"/>
    <ds:schemaRef ds:uri="23e9e31d-f3a9-443b-9a6e-0d4b03530321"/>
  </ds:schemaRefs>
</ds:datastoreItem>
</file>

<file path=customXml/itemProps4.xml><?xml version="1.0" encoding="utf-8"?>
<ds:datastoreItem xmlns:ds="http://schemas.openxmlformats.org/officeDocument/2006/customXml" ds:itemID="{AA4C7DE1-F5AA-42CC-BE55-574872899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Lawrence</cp:lastModifiedBy>
  <cp:revision>2</cp:revision>
  <dcterms:created xsi:type="dcterms:W3CDTF">2013-12-23T23:15:00Z</dcterms:created>
  <dcterms:modified xsi:type="dcterms:W3CDTF">2025-06-12T11:06:00Z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0x010100384DF2624ECB094F81FA321D287F7ACC</vt:lpwstr>
  </property>
  <property fmtid="{D5CDD505-2E9C-101B-9397-08002B2CF9AE}" pid="3" name="MediaServiceImageTags">
    <vt:lpwstr/>
  </property>
</Properties>
</file>